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زاير/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التعليم/ اساليب التدريس/ الإملاء/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