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التفاعلي الرقمي : الولادة وتغير الوسيط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محمد عباس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الأدب التفاعلي/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