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نحو الجملة الخبرية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حفيظة ارسلان شابسوغ/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9789957705848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النحو/ الجملة الخبرية/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