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اللغة العربية وطرائق تدريسها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سعد علي زاير/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9789957248949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اساليب التدريس/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