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اللغة والادب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عيسى الناعوري/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9789957303464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اللغة/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