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المعجميات الى السيميائيات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المعجميات/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