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اشكاليات العربية : المصطلح النحوي - رواية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جاسم الزبيدي/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9789957742263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عيوب اللهجات/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