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عيسى برهومة/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جهينة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فقه اللغة/ اللغات/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