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مغني الالباب من كتب الصرف والاعراب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نهاد الموسى/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9789957076764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