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جديدة في شعر 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