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تبسيط النص الادبي للطف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طفال/ تبسيط النص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