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ابحاث في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ناصر غالب/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9789957325671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ألفاظ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