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العصر المملوكي الاول : ملامح المجتمع المصري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محمد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المملوكي/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