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ادب الاطفال ( الرحلة والتطور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فوزي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9789776413917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أدب الأطفال/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