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اجمل قصة عن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باسكال بيك/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بيت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9789953014364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اللغات/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