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ارتشاف المنثور والقوافي من فيض المجمع الثقافي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العباس عبد الجاسم/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ومكتبة الكندي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