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ادب المقالة من المعاصرة الى الاصالة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العزيز شرف/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المقالة/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