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المراة العربية : الشعر والنثر والحوار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 مجاهد عودة/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9789957480820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