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اشكاليات القراءة واليات التاويل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نصر حامد أبوزيد/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9789953683065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آليات التأويل/ إشكاليات القراءة/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