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 الشرط والقسم من خلال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صبحي عمر شو/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إعجاز القرآن/ القرآن الكريم/ بلاغة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