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اسلوب الحذف في القران الكريم واثره في المعاني والاعجاز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مصطفى شاهر خلوف/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الفكرناشرون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9789957075804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إعجاز القرآن/ القرآن الكريم/ ألفاظ القرآن/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