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اللغة العربية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راتب قاسم عاشور/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اساليب التدريس/ التعلم/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