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المدح والذمر والتعجب والمحورية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الفتاح الحموز/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عمار/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وسائل المدح و الذم/ وسائل التعجب/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