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الرومانسية/ المسرح/ العرض المسرحي/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