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اضواء على ادب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احمد نوفل/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الأطفال/ قصص الأطفال/ نقد كتب الأطفال/ الكتب المصورة/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