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الاصولية والحداثة في شعر حسن محمد حسن الزهرانى :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كاميليا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