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في القران الكريم : سورة البقرة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الملوكي/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سورة البقرة/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