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الاندلسي : النثر - الشعر - الموشحات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النثر/ الشعر/ الموشحات/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