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المفهوم النحوي باسلوب التلخيص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صالح حسين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منهجية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