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الايديولوجي والفني ك مقاربة بنيوية تكوينية في روايتي "اليتيم " و"الفريق" لعبد الله العروي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سعيدة جلايلية/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9789957707606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الأدب/ الإيديولوجيا/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