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ربولوج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ا محمد فوزي معاذ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ة العامية/ الله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