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 والترجمة : مقاربات لاليات الفهم والتفسير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9789953876832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