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جورج يول/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9786140101302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