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التحولات الصوتية والدلالية في المباني الافرادية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 بسناسي/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9789957705299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التحولات الصوتية/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