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للغة العربية عند المستشرقين : مايكل بريم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صالح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المستشرقون/ القواعد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