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المجازي : انماطه ودلالاته في مشاهد القيامة في القران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إياد عبد الودود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البيان/ القرآن الكريم/ المجاز/ اليوم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