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التوجيهات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الكريم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القراءات القرآنية/ التوجيهات النحوية/ التوجيهات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