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التوافق في العقيدة بين الاشاعرة والسلف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عدنان علي الفراجي/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9789957821791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العقيدة/ اليوم الآخر/ السلف/ الأشاعرة/ النبوة/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