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حسن أبوحسينة/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التواصل/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