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التلقي والنص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ذياب شاهين/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9789957523152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الأدب العربي/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