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التقاء الساكنين في ضوء نظرية المقطع الصوتي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صباح عطيوي عبود/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الرضوان/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9789957762902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الأصوات/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