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التغير الدلالي واثره في فهم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بن علي الجيلاني الشتيوي/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حسين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9789953561080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التغير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