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الجمال الصوتي للإيقاع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هارون مجيد/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9789931484028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البلاغة/ الإيقاع/ الصوتيات/ اللغويات/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