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وخصائص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المتوكل/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9789953874760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الخطاب/ الأنماط/ الإحالة/ البؤرة/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