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وتأويل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فيصل د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رواية/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