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أحمد العالم/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هبة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