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 : خصائصه وفنونه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يحيى الجبوري/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9789957025304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