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السلطة الانثوية في النص القديم بين لغتين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اللسانيات/ المرأة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