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السرد في مقامات ابن الجوزي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باسم ناظم سليمان ناصر المولى/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المكتب الجامعي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199ص.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الأدب العربي/ السرد/ المقامات/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