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فكرا وبناءا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مسعد بن عيد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